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A4F2D" w14:textId="77777777" w:rsidR="00877791" w:rsidRDefault="00000000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56C6796" wp14:editId="7ACEB117">
            <wp:extent cx="10012680" cy="7744731"/>
            <wp:effectExtent l="0" t="0" r="0" b="0"/>
            <wp:docPr id="1" name="Culture Brazilian Jiu Jitsu Class Schedule" descr="Full weekly class schedule for Culture Brazilian Jiu Jits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ad71cb-02c5-47ff-abe0-72543b64a2cc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12680" cy="774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7791" w:rsidSect="00034616">
      <w:pgSz w:w="15840" w:h="12240" w:orient="landscape"/>
      <w:pgMar w:top="36" w:right="36" w:bottom="36" w:left="36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2822197">
    <w:abstractNumId w:val="8"/>
  </w:num>
  <w:num w:numId="2" w16cid:durableId="431123196">
    <w:abstractNumId w:val="6"/>
  </w:num>
  <w:num w:numId="3" w16cid:durableId="989987891">
    <w:abstractNumId w:val="5"/>
  </w:num>
  <w:num w:numId="4" w16cid:durableId="1935698897">
    <w:abstractNumId w:val="4"/>
  </w:num>
  <w:num w:numId="5" w16cid:durableId="1142189557">
    <w:abstractNumId w:val="7"/>
  </w:num>
  <w:num w:numId="6" w16cid:durableId="1561549883">
    <w:abstractNumId w:val="3"/>
  </w:num>
  <w:num w:numId="7" w16cid:durableId="664011411">
    <w:abstractNumId w:val="2"/>
  </w:num>
  <w:num w:numId="8" w16cid:durableId="1929385672">
    <w:abstractNumId w:val="1"/>
  </w:num>
  <w:num w:numId="9" w16cid:durableId="168371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2AB3"/>
    <w:rsid w:val="0029639D"/>
    <w:rsid w:val="00326F90"/>
    <w:rsid w:val="00877791"/>
    <w:rsid w:val="00934DA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1CD9BB"/>
  <w14:defaultImageDpi w14:val="300"/>
  <w15:docId w15:val="{61E4DAF7-EE4A-454A-9467-28EF190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Culture Class Schedule</dc:title>
  <dc:subject>Full-page weekly class schedule</dc:subject>
  <dc:creator>Culture Brazilian Jiu Jitsu</dc:creator>
  <cp:keywords>Culture BJJ, class schedule, jiu jitsu, kickboxing</cp:keywords>
  <dc:description>generated by python-docx</dc:description>
  <cp:lastModifiedBy>Keilan Dodson</cp:lastModifiedBy>
  <cp:revision>2</cp:revision>
  <dcterms:created xsi:type="dcterms:W3CDTF">2026-08-29T18:41:00Z</dcterms:created>
  <dcterms:modified xsi:type="dcterms:W3CDTF">2026-08-29T18:41:00Z</dcterms:modified>
  <cp:category/>
</cp:coreProperties>
</file>